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🌳 שורשים ומקום – המשפחה שלי והיישוב שלי לכיתה ג׳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אנשים טובים ביישוב שלי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דמויות שעוזרות לקהילה ביישוב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את ההבדל בין עבודה להתנדבות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לחשוב על דרכים שבהן גם ילדים יכולים לתרום לקהילה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הנקרא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השומרת במעבר החציה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היא חלתה בשפעת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שותל ומשקה פרחים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תרומה יכולה להיות גם זמן, רעיון או עזרה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כך מוגדרת המילה מתנדב בשיעור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גם מי שעזר וגם מי שקיבל עזרה מרגישים טוב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מתנדב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קהילה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תרומה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(עוזרת לילדים לעבור בבטחה)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(ממליצה על ספרים מתאימים)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(שותל ומשקה פרחים בגינה)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(מארגנים יום ניקיון בפארק)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שושנה לא מגיעה למעבר החציה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מישהו אחר עומד במקומה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הודיה שואלת בדאגה איפה שושנה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בצהריים מגלים שהיא חלתה בשפעת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אישית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אישית - לבדוק שיש תיאור ברור של האדם והעזרה שהוא נותן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עבודה - מקבלים כסף, התנדבות - בלי כסף, מרצון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כל דוגמה מהסיפור: שומרת, ספרנית, שכן, חניכים, מתנדבים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כרטיס תודה, שתילת צמח, קריאת סיפור, איסוף משחקים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לפתוח בשיחה על אנשים טובים שהתלמידים מכירים ביישוב שלהם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לעודד את התלמידים לחשוב על רעיון תרומה אישי וליישם אותו השבוע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ניתן להשתמש בחלק ההתאמה כמשחק קבוצתי לפני המעבר לכתיבה האישית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🌳 שורשים ומקום – המשפחה שלי והיישוב שלי לכיתה ג׳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אנשים טובים ביישוב שלי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בשיעור הזה קראנו על אנשים טובים ביישוב שעוזרים לכולם - חלקם בעבודה וחלקם בהתנדבות. נתרגל את המילים והרעיונות מהסיפור.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מתנדב  ·  תרומה  ·  קהילה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הבנת הנקרא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מי עוזרת לילדים לעבור את הכביש בבטחה?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הספרנית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השומרת במעבר החציה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השכן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מדוע שושנה לא הגיעה יום אחד?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היא נסעה לחופשה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היא חלתה בשפעת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היא עברה דירה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3. מה עושה השכן המבוגר בגינה הקטנה?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בונה ספסלים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שותל ומשקה פרחים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מנקה את הרחוב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תרומה היא תמיד כסף.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מתנדב הוא מי שעוזר בלי לקבל כסף.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כשעוזרים למישהו, רק מי שקיבל עזרה מרגיש טוב.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מי שעוזר מרצונו בלי לקבל כסף נקרא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כל האנשים שגרים יחד באותו מקום נקראים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3. משהו טוב שנותנים לאחרים נקרא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שומרת מעבר חציה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שותל ומשקה פרחים בגינה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ספרנית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מארגנים יום ניקיון בפארק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שכן מבוגר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עוזרת לילדים לעבור בבטחה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חניכי תנועת נוער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ממליצה על ספרים מתאימים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סדר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הודיה שואלת בדאגה איפה שושנה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שושנה לא מגיעה למעבר החציה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בצהריים מגלים שהיא חלתה בשפעת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מישהו אחר עומד במקומה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כתיבה אישית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כתבו על אדם אחד ביישוב שלכם שעוזר לאחרים. מה הוא עושה ולמי זה עוזר?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 ההבדל בין עבודה להתנדבות?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תנו דוגמה אחת לאדם טוב ביישוב מהסיפור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אנשים טובים ביישוב שלי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