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אנשים טובים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דמויות שעוזרות לקהילה ביישוב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עבודה להתנדבות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שבהן גם ילדים יכולים לתרום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השומרת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חלתה בשפעת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שותל ומשקה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ניקיון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להכין לה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תרומה יכולה להיות גם זמן, רעיון או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המילה מתנדב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מי שעזר וגם מי שקיבל עזרה מרגישים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ילדים יכולים לתרום, למשל בכרטיסי תודה או שתילה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על הספרנית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(עוזרת לילדים לעבור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(ממליצה על ספרים מתאימים)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(שותל ומשקה פרחים בגינה)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(מארגנים יום ניקיון בפארק)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(מביאים ארוחות חמות למבוגרים)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שושנה לא מגיעה למעבר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מישהו אחר עומד במקומה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הודיה שואלת בדאגה איפה שושנה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בצהריים מגלים שהיא חלתה בשפעת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אדיר מציע להכין לה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תיאור ברור של האדם והעזרה שהוא נותן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כמו: לעזור לשכן, לשתול צמח, לקרוא לילד קטן, לאסוף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עבודה - מקבלים כסף, התנדבות - בלי כסף,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מהסיפור: שומרת, ספרנית, שכן, חניכים, מתנדבים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תודה, שתילת צמח, קריאת סיפור, איסוף 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אנשים טובים שהתלמידים מכירים ביישוב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לחשוב על רעיון תרומה אישי וליישם אותו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כמשחק קבוצתי לפני המעבר לכתיבה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אנשים טובים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קראנו על אנשים טובים ביישוב שעוזרים לכולם - חלקם בעבודה וחלקם בהתנדבות. נתרגל את המילים והרעיונות מהסיפור.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עוזרת לילדים לעבור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השומרת במעבר החציה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שושנה לא הגיעה יום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נסעה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חלתה בשפעת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עברה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התחלפה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השכן המבוגר בגינה הקטנה?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בונה ספסלים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שותל ומשקה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מנקה את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מלמד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מארגנים חניכי תנועת הנוער פעם בחודש?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ניקיון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הציע אדיר לעשות בשביל שושנה?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לה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להכין לה כרטיס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להתקשר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אותה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תרומה היא תמיד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מתנדב הוא מי שעוזר בלי לקבל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כשעוזרים למישהו, רק מי שקיבל עזרה מרגיש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לא יכולים לתרום לקהילה כי הם קטנים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הספרנית ממליצה לכל ילד על ספר שמתאים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שעוזר מרצונו בלי לקבל כסף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האנשים שגרים יחד באותו מקום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משהו טוב שנותנים לאחרים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הילדים שמשתתפים בתנועת נוער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השכן המבוגר שותל פרחים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אדיר והודיה פוגשים כל בוקר את __________ במעבר החציה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שומרת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מביאים ארוחות חמות למבוגרים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ממליצה על ספרים מתאימים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שכן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מארגנים יום ניקיון בפארק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חניכי תנועת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שותל ומשקה פרחים בגינה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עוזרת לילדים לעבור בבטחה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מציע להכין לה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הודיה שואלת בדאגה איפה שושנה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שושנה לא מגיעה למעבר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אחר עומד במקומה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בצהריים מגלים שהיא חלתה בשפעת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אדם אחד ביישוב שלכם שעוזר לאחרים. מה הוא עושה ולמי זה עוזר?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רעיונות איך גם אתם, כתלמידים, יכולים לתרום לקהילה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עבודה להתנדבות?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לאדם טוב ביישוב מהסיפור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גם ילד יכול לתרום לקהילה?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אנשים טובים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